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/>
        <w:jc w:val="start"/>
      </w:pPr>
      <w:r>
        <w:rPr>
          <w:rFonts w:ascii="Arial" w:hAnsi="Arial" w:cs="Arial"/>
          <w:rtl/>
          <w:lang w:bidi="ar-AE"/>
        </w:rPr>
        <w:t>[الاسم الكامل]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[المسمى الوظيفي المستهدف]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[البريد الإلكتروني] | [رقم الهاتف مع رمز الدولة] | [المدينة، الدولة]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[رابط الملف المهني]</w:t>
      </w:r>
    </w:p>
    <w:p>
      <w:pPr>
        <w:pStyle w:val="Heading1"/>
        <w:bidi/>
        <w:jc w:val="start"/>
      </w:pPr>
      <w:r>
        <w:rPr>
          <w:rFonts w:ascii="Arial" w:hAnsi="Arial" w:cs="Arial"/>
          <w:rtl/>
          <w:lang w:bidi="ar-AE"/>
        </w:rPr>
        <w:t>الملخص المهني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[اكتب ملخصًا من سطرين أو ثلاثة يوضح تخصصك وخبرتك ومهاراتك المرتبطة بالوظيفة المستهدفة.]</w:t>
      </w:r>
    </w:p>
    <w:p>
      <w:pPr>
        <w:pStyle w:val="Heading1"/>
        <w:bidi/>
        <w:jc w:val="start"/>
      </w:pPr>
      <w:r>
        <w:rPr>
          <w:rFonts w:ascii="Arial" w:hAnsi="Arial" w:cs="Arial"/>
          <w:rtl/>
          <w:lang w:bidi="ar-AE"/>
        </w:rPr>
        <w:t>الخبرة العملية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[المسمى الوظيفي] | [اسم الشركة] | [المدينة]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[الشهر والسنة] - [الشهر والسنة أو حتى الآن]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• [اذكر مسؤولية أو إنجازًا محددًا مع نتيجة يمكنك إثباتها.]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• [وضح كيف استخدمت مهاراتك لتحسين العمل، وأضف أرقامًا صحيحة إن وجدت.]</w:t>
      </w:r>
    </w:p>
    <w:p>
      <w:pPr>
        <w:pStyle w:val="Heading1"/>
        <w:bidi/>
        <w:jc w:val="start"/>
      </w:pPr>
      <w:r>
        <w:rPr>
          <w:rFonts w:ascii="Arial" w:hAnsi="Arial" w:cs="Arial"/>
          <w:rtl/>
          <w:lang w:bidi="ar-AE"/>
        </w:rPr>
        <w:t>التعليم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[الدرجة العلمية والتخصص] | [اسم المؤسسة التعليمية]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[سنة التخرج أو الموعد المتوقع]</w:t>
      </w:r>
    </w:p>
    <w:p>
      <w:pPr>
        <w:pStyle w:val="Heading1"/>
        <w:bidi/>
        <w:jc w:val="start"/>
      </w:pPr>
      <w:r>
        <w:rPr>
          <w:rFonts w:ascii="Arial" w:hAnsi="Arial" w:cs="Arial"/>
          <w:rtl/>
          <w:lang w:bidi="ar-AE"/>
        </w:rPr>
        <w:t>المهارات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• [مهارة مرتبطة بالوظيفة]، [مهارة أخرى]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• [Excel / SAP] - [حدد مستوى إتقانك الفعلي]</w:t>
      </w:r>
    </w:p>
    <w:p>
      <w:pPr>
        <w:pStyle w:val="Heading1"/>
        <w:bidi/>
        <w:jc w:val="start"/>
      </w:pPr>
      <w:r>
        <w:rPr>
          <w:rFonts w:ascii="Arial" w:hAnsi="Arial" w:cs="Arial"/>
          <w:rtl/>
          <w:lang w:bidi="ar-AE"/>
        </w:rPr>
        <w:t>الشهادات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• [اسم الشهادة] | [الجهة المانحة] | [السنة]</w:t>
      </w:r>
    </w:p>
    <w:p>
      <w:pPr>
        <w:pStyle w:val="Heading1"/>
        <w:bidi/>
        <w:jc w:val="start"/>
      </w:pPr>
      <w:r>
        <w:rPr>
          <w:rFonts w:ascii="Arial" w:hAnsi="Arial" w:cs="Arial"/>
          <w:rtl/>
          <w:lang w:bidi="ar-AE"/>
        </w:rPr>
        <w:t>اللغات</w:t>
      </w:r>
    </w:p>
    <w:p>
      <w:pPr>
        <w:bidi/>
        <w:jc w:val="start"/>
      </w:pPr>
      <w:r>
        <w:rPr>
          <w:rFonts w:ascii="Arial" w:hAnsi="Arial" w:cs="Arial"/>
          <w:rtl/>
          <w:lang w:bidi="ar-AE"/>
        </w:rPr>
        <w:t>• [اللغة] - [مستوى الإتقان]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6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64" w:lineRule="auto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سيرة ذاتية عربية</dc:title>
  <dc:subject>قالب قابل للتعديل بعمود واحد وعناوين واضحة</dc:subject>
  <dc:creator>JobFlick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